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Jungle Den Terms, Conditions &amp; Policies</w:t>
      </w:r>
    </w:p>
    <w:p>
      <w:r>
        <w:rPr>
          <w:b/>
        </w:rPr>
        <w:t xml:space="preserve">Effective Date: </w:t>
      </w:r>
      <w:r>
        <w:t>July 2026</w:t>
        <w:br/>
      </w:r>
    </w:p>
    <w:p>
      <w:pPr>
        <w:pStyle w:val="Heading2"/>
      </w:pPr>
      <w:r>
        <w:t>Introduction</w:t>
      </w:r>
    </w:p>
    <w:p>
      <w:r>
        <w:t>This document sets out the Terms &amp; Conditions, Booking Policy, Refund Policy, Rules of Play, Privacy Policy and Waiver &amp; Participation Agreement for Jungle Den. By making a booking, purchasing admission or entering the premises, all customers agree to these policies.</w:t>
      </w:r>
    </w:p>
    <w:p>
      <w:pPr>
        <w:pStyle w:val="Heading2"/>
      </w:pPr>
      <w:r>
        <w:t>1. Booking Terms &amp; Conditions</w:t>
      </w:r>
    </w:p>
    <w:p>
      <w:pPr>
        <w:pStyle w:val="ListBullet"/>
      </w:pPr>
      <w:r>
        <w:t>Bookings are confirmed only once payment or the required deposit has been received.</w:t>
      </w:r>
    </w:p>
    <w:p>
      <w:pPr>
        <w:pStyle w:val="ListBullet"/>
      </w:pPr>
      <w:r>
        <w:t>Customers are responsible for selecting the correct venue, date, time, package and guest numbers.</w:t>
      </w:r>
    </w:p>
    <w:p>
      <w:pPr>
        <w:pStyle w:val="ListBullet"/>
      </w:pPr>
      <w:r>
        <w:t>Deposits secure staff, catering and facilities and are non-refundable.</w:t>
      </w:r>
    </w:p>
    <w:p>
      <w:pPr>
        <w:pStyle w:val="ListBullet"/>
      </w:pPr>
      <w:r>
        <w:t>Final guest numbers must be confirmed at least 7 days before the event.</w:t>
      </w:r>
    </w:p>
    <w:p>
      <w:pPr>
        <w:pStyle w:val="ListBullet"/>
      </w:pPr>
      <w:r>
        <w:t>Guest numbers may increase (subject to availability) but cannot be reduced after confirmation.</w:t>
      </w:r>
    </w:p>
    <w:p>
      <w:pPr>
        <w:pStyle w:val="ListBullet"/>
      </w:pPr>
      <w:r>
        <w:t>Outstanding balances must be paid before the event commences.</w:t>
      </w:r>
    </w:p>
    <w:p>
      <w:pPr>
        <w:pStyle w:val="ListBullet"/>
      </w:pPr>
      <w:r>
        <w:t>Late arrivals do not extend the booking duration.</w:t>
      </w:r>
    </w:p>
    <w:p>
      <w:pPr>
        <w:pStyle w:val="ListBullet"/>
      </w:pPr>
      <w:r>
        <w:t>Jungle Den reserves the right to refuse admission where payment remains outstanding.</w:t>
      </w:r>
    </w:p>
    <w:p>
      <w:pPr>
        <w:pStyle w:val="Heading2"/>
      </w:pPr>
      <w:r>
        <w:t>2. Refund &amp; Cancellation Policy</w:t>
      </w:r>
    </w:p>
    <w:p>
      <w:pPr>
        <w:pStyle w:val="ListBullet"/>
      </w:pPr>
      <w:r>
        <w:t>General admission tickets are non-refundable but may be transferred with at least 48 hours' notice where availability permits.</w:t>
      </w:r>
    </w:p>
    <w:p>
      <w:pPr>
        <w:pStyle w:val="ListBullet"/>
      </w:pPr>
      <w:r>
        <w:t>Party deposits are strictly non-refundable.</w:t>
      </w:r>
    </w:p>
    <w:p>
      <w:pPr>
        <w:pStyle w:val="ListBullet"/>
      </w:pPr>
      <w:r>
        <w:t>More than 14 days' notice: booking may be transferred within 90 days.</w:t>
      </w:r>
    </w:p>
    <w:p>
      <w:pPr>
        <w:pStyle w:val="ListBullet"/>
      </w:pPr>
      <w:r>
        <w:t>7–14 days: transfer may be considered subject to availability.</w:t>
      </w:r>
    </w:p>
    <w:p>
      <w:pPr>
        <w:pStyle w:val="ListBullet"/>
      </w:pPr>
      <w:r>
        <w:t>Less than 7 days: no refunds, transfers or credits.</w:t>
      </w:r>
    </w:p>
    <w:p>
      <w:pPr>
        <w:pStyle w:val="ListBullet"/>
      </w:pPr>
      <w:r>
        <w:t>No refunds are given for absent guests, late arrivals or early departures.</w:t>
      </w:r>
    </w:p>
    <w:p>
      <w:pPr>
        <w:pStyle w:val="ListBullet"/>
      </w:pPr>
      <w:r>
        <w:t>If Jungle Den cancels a booking due to circumstances within its control, customers will be offered either an alternative date or a full refund.</w:t>
      </w:r>
    </w:p>
    <w:p>
      <w:pPr>
        <w:pStyle w:val="Heading2"/>
      </w:pPr>
      <w:r>
        <w:t>3. Rules of Play</w:t>
      </w:r>
    </w:p>
    <w:p>
      <w:pPr>
        <w:pStyle w:val="ListBullet"/>
      </w:pPr>
      <w:r>
        <w:t>Children must remain under the supervision of a responsible adult at all times.</w:t>
      </w:r>
    </w:p>
    <w:p>
      <w:pPr>
        <w:pStyle w:val="ListBullet"/>
      </w:pPr>
      <w:r>
        <w:t>Socks must be worn on all play equipment.</w:t>
      </w:r>
    </w:p>
    <w:p>
      <w:pPr>
        <w:pStyle w:val="ListBullet"/>
      </w:pPr>
      <w:r>
        <w:t>Shoes, food, drinks, jewellery, scarves and clothing with long cords are not permitted on the play frame.</w:t>
      </w:r>
    </w:p>
    <w:p>
      <w:pPr>
        <w:pStyle w:val="ListBullet"/>
      </w:pPr>
      <w:r>
        <w:t>Children should only use equipment suitable for their age and ability.</w:t>
      </w:r>
    </w:p>
    <w:p>
      <w:pPr>
        <w:pStyle w:val="ListBullet"/>
      </w:pPr>
      <w:r>
        <w:t>Rough play, bullying, climbing on netting and abusive behaviour are prohibited.</w:t>
      </w:r>
    </w:p>
    <w:p>
      <w:pPr>
        <w:pStyle w:val="ListBullet"/>
      </w:pPr>
      <w:r>
        <w:t>Children who have suffered vomiting or diarrhoea within the previous 48 hours should not attend.</w:t>
      </w:r>
    </w:p>
    <w:p>
      <w:pPr>
        <w:pStyle w:val="ListBullet"/>
      </w:pPr>
      <w:r>
        <w:t>Jungle Den reserves the right to remove any guest whose behaviour compromises safety.</w:t>
      </w:r>
    </w:p>
    <w:p>
      <w:pPr>
        <w:pStyle w:val="Heading2"/>
      </w:pPr>
      <w:r>
        <w:t>4. Party Terms</w:t>
      </w:r>
    </w:p>
    <w:p>
      <w:pPr>
        <w:pStyle w:val="ListBullet"/>
      </w:pPr>
      <w:r>
        <w:t>Party organisers should arrive 15 minutes before the scheduled start time.</w:t>
      </w:r>
    </w:p>
    <w:p>
      <w:pPr>
        <w:pStyle w:val="ListBullet"/>
      </w:pPr>
      <w:r>
        <w:t>Guests should arrive no earlier than 10 minutes before the booking.</w:t>
      </w:r>
    </w:p>
    <w:p>
      <w:pPr>
        <w:pStyle w:val="ListBullet"/>
      </w:pPr>
      <w:r>
        <w:t>Only birthday cakes may be brought onto the premises unless agreed in writing.</w:t>
      </w:r>
    </w:p>
    <w:p>
      <w:pPr>
        <w:pStyle w:val="ListBullet"/>
      </w:pPr>
      <w:r>
        <w:t>Outside entertainers require prior written approval.</w:t>
      </w:r>
    </w:p>
    <w:p>
      <w:pPr>
        <w:pStyle w:val="ListBullet"/>
      </w:pPr>
      <w:r>
        <w:t>Additional guests will be charged at the applicable rate.</w:t>
      </w:r>
    </w:p>
    <w:p>
      <w:pPr>
        <w:pStyle w:val="ListBullet"/>
      </w:pPr>
      <w:r>
        <w:t>Party rooms and packages may occasionally be substituted with suitable alternatives where operationally necessary.</w:t>
      </w:r>
    </w:p>
    <w:p>
      <w:pPr>
        <w:pStyle w:val="Heading2"/>
      </w:pPr>
      <w:r>
        <w:t>5. School &amp; Group Visits</w:t>
      </w:r>
    </w:p>
    <w:p>
      <w:pPr>
        <w:pStyle w:val="ListBullet"/>
      </w:pPr>
      <w:r>
        <w:t>Teachers and group leaders remain responsible for supervising children throughout the visit.</w:t>
      </w:r>
    </w:p>
    <w:p>
      <w:pPr>
        <w:pStyle w:val="ListBullet"/>
      </w:pPr>
      <w:r>
        <w:t>Risk assessments should be completed by the visiting organisation where required.</w:t>
      </w:r>
    </w:p>
    <w:p>
      <w:pPr>
        <w:pStyle w:val="ListBullet"/>
      </w:pPr>
      <w:r>
        <w:t>Group organisers must advise Jungle Den of any additional support or medical requirements before arrival.</w:t>
      </w:r>
    </w:p>
    <w:p>
      <w:pPr>
        <w:pStyle w:val="Heading2"/>
      </w:pPr>
      <w:r>
        <w:t>6. Laser Activities</w:t>
      </w:r>
    </w:p>
    <w:p>
      <w:pPr>
        <w:pStyle w:val="ListBullet"/>
      </w:pPr>
      <w:r>
        <w:t>Participants must attend the safety briefing before entering the arena.</w:t>
      </w:r>
    </w:p>
    <w:p>
      <w:pPr>
        <w:pStyle w:val="ListBullet"/>
      </w:pPr>
      <w:r>
        <w:t>Equipment must be used correctly and not deliberately damaged.</w:t>
      </w:r>
    </w:p>
    <w:p>
      <w:pPr>
        <w:pStyle w:val="ListBullet"/>
      </w:pPr>
      <w:r>
        <w:t>Unsafe behaviour may result in immediate removal without refund.</w:t>
      </w:r>
    </w:p>
    <w:p>
      <w:pPr>
        <w:pStyle w:val="Heading2"/>
      </w:pPr>
      <w:r>
        <w:t>7. Food &amp; Allergies</w:t>
      </w:r>
    </w:p>
    <w:p>
      <w:pPr>
        <w:pStyle w:val="ListBullet"/>
      </w:pPr>
      <w:r>
        <w:t>Customers must notify Jungle Den of allergies before attending.</w:t>
      </w:r>
    </w:p>
    <w:p>
      <w:pPr>
        <w:pStyle w:val="ListBullet"/>
      </w:pPr>
      <w:r>
        <w:t>Although every reasonable effort is made to manage allergens, an allergen-free environment cannot be guaranteed.</w:t>
      </w:r>
    </w:p>
    <w:p>
      <w:pPr>
        <w:pStyle w:val="ListBullet"/>
      </w:pPr>
      <w:r>
        <w:t>Alcohol is prohibited on the premises unless expressly authorised for a private event.</w:t>
      </w:r>
    </w:p>
    <w:p>
      <w:pPr>
        <w:pStyle w:val="Heading2"/>
      </w:pPr>
      <w:r>
        <w:t>8. Health &amp; Safety</w:t>
      </w:r>
    </w:p>
    <w:p>
      <w:pPr>
        <w:pStyle w:val="ListBullet"/>
      </w:pPr>
      <w:r>
        <w:t>Customers must comply with all staff instructions, safety signage and emergency procedures.</w:t>
      </w:r>
    </w:p>
    <w:p>
      <w:pPr>
        <w:pStyle w:val="ListBullet"/>
      </w:pPr>
      <w:r>
        <w:t>Jungle Den may refuse admission where capacity limits or safety considerations require.</w:t>
      </w:r>
    </w:p>
    <w:p>
      <w:pPr>
        <w:pStyle w:val="Heading2"/>
      </w:pPr>
      <w:r>
        <w:t>9. Behaviour Policy</w:t>
      </w:r>
    </w:p>
    <w:p>
      <w:pPr>
        <w:pStyle w:val="ListBullet"/>
      </w:pPr>
      <w:r>
        <w:t>Abusive language, threatening behaviour, intoxication, vandalism and bullying will not be tolerated.</w:t>
      </w:r>
    </w:p>
    <w:p>
      <w:pPr>
        <w:pStyle w:val="ListBullet"/>
      </w:pPr>
      <w:r>
        <w:t>Guests may be removed without refund if these standards are breached.</w:t>
      </w:r>
    </w:p>
    <w:p>
      <w:pPr>
        <w:pStyle w:val="Heading2"/>
      </w:pPr>
      <w:r>
        <w:t>10. Photography &amp; CCTV</w:t>
      </w:r>
    </w:p>
    <w:p>
      <w:pPr>
        <w:pStyle w:val="ListBullet"/>
      </w:pPr>
      <w:r>
        <w:t>Personal photography is permitted provided the privacy of other guests is respected.</w:t>
      </w:r>
    </w:p>
    <w:p>
      <w:pPr>
        <w:pStyle w:val="ListBullet"/>
      </w:pPr>
      <w:r>
        <w:t>CCTV operates throughout the premises for safety, security and crime prevention.</w:t>
      </w:r>
    </w:p>
    <w:p>
      <w:pPr>
        <w:pStyle w:val="Heading2"/>
      </w:pPr>
      <w:r>
        <w:t>11. Privacy Policy (GDPR)</w:t>
      </w:r>
    </w:p>
    <w:p>
      <w:pPr>
        <w:pStyle w:val="ListBullet"/>
      </w:pPr>
      <w:r>
        <w:t>Jungle Den collects only the information necessary to process bookings and operate its business.</w:t>
      </w:r>
    </w:p>
    <w:p>
      <w:pPr>
        <w:pStyle w:val="ListBullet"/>
      </w:pPr>
      <w:r>
        <w:t>Marketing emails are sent only where consent has been provided.</w:t>
      </w:r>
    </w:p>
    <w:p>
      <w:pPr>
        <w:pStyle w:val="ListBullet"/>
      </w:pPr>
      <w:r>
        <w:t>Customers have the right to access, correct or request deletion of their personal information in accordance with Irish GDPR legislation.</w:t>
      </w:r>
    </w:p>
    <w:p>
      <w:pPr>
        <w:pStyle w:val="Heading2"/>
      </w:pPr>
      <w:r>
        <w:t>12. Waiver &amp; Participation Agreement</w:t>
      </w:r>
    </w:p>
    <w:p>
      <w:pPr>
        <w:pStyle w:val="ListBullet"/>
      </w:pPr>
      <w:r>
        <w:t>Indoor play and laser activities involve inherent risks.</w:t>
      </w:r>
    </w:p>
    <w:p>
      <w:pPr>
        <w:pStyle w:val="ListBullet"/>
      </w:pPr>
      <w:r>
        <w:t>By entering Jungle Den, customers acknowledge these risks and accept responsibility for supervising children in their care.</w:t>
      </w:r>
    </w:p>
    <w:p>
      <w:pPr>
        <w:pStyle w:val="ListBullet"/>
      </w:pPr>
      <w:r>
        <w:t>Jungle Den will provide first aid where appropriate but accepts no responsibility for injuries arising from misuse of equipment or failure to follow safety instructions.</w:t>
      </w:r>
    </w:p>
    <w:p>
      <w:pPr>
        <w:pStyle w:val="Heading2"/>
      </w:pPr>
      <w:r>
        <w:t>13. Limitation of Liability</w:t>
      </w:r>
    </w:p>
    <w:p>
      <w:pPr>
        <w:pStyle w:val="ListBullet"/>
      </w:pPr>
      <w:r>
        <w:t>Nothing in these terms limits liability where it cannot legally be excluded.</w:t>
      </w:r>
    </w:p>
    <w:p>
      <w:pPr>
        <w:pStyle w:val="ListBullet"/>
      </w:pPr>
      <w:r>
        <w:t>Subject to applicable Irish law, Jungle Den shall not be liable for indirect or consequential losses arising from the use of its facilities.</w:t>
      </w:r>
    </w:p>
    <w:p>
      <w:pPr>
        <w:pStyle w:val="Heading2"/>
      </w:pPr>
      <w:r>
        <w:t>14. Governing Law</w:t>
      </w:r>
    </w:p>
    <w:p>
      <w:pPr>
        <w:pStyle w:val="ListBullet"/>
      </w:pPr>
      <w:r>
        <w:t>These Terms &amp; Conditions are governed by the laws of Ireland and any disputes shall be subject to the exclusive jurisdiction of the Irish courts.</w:t>
      </w:r>
    </w:p>
    <w:p>
      <w:pPr>
        <w:pStyle w:val="Heading2"/>
      </w:pPr>
      <w:r>
        <w:t>15. Booking Declaration</w:t>
      </w:r>
    </w:p>
    <w:p>
      <w:pPr>
        <w:pStyle w:val="ListBullet"/>
      </w:pPr>
      <w:r>
        <w:t>Before completing an online booking, customers must confirm:</w:t>
      </w:r>
    </w:p>
    <w:p>
      <w:pPr/>
      <w:r>
        <w:t>'I have read and agree to the Jungle Den Terms &amp; Conditions, Refund Policy, Rules of Play, Privacy Policy and Waiver &amp; Participation Agreement. I understand that deposits are non-refundable and that I am responsible for ensuring all booking details are correct before completing my booking.'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